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EEFF3" w14:textId="77777777" w:rsidR="000A018E" w:rsidRPr="00AA33B4" w:rsidRDefault="000A018E" w:rsidP="000A018E">
      <w:pPr>
        <w:spacing w:after="0"/>
        <w:jc w:val="center"/>
        <w:rPr>
          <w:b/>
          <w:bCs/>
          <w:sz w:val="36"/>
          <w:szCs w:val="36"/>
          <w:lang w:val="de-DE"/>
        </w:rPr>
      </w:pPr>
      <w:r w:rsidRPr="00AA33B4">
        <w:rPr>
          <w:b/>
          <w:bCs/>
          <w:sz w:val="36"/>
          <w:szCs w:val="36"/>
          <w:lang w:val="de-DE"/>
        </w:rPr>
        <w:t>Allgemeine Geschäftsbedingungen (AGB)</w:t>
      </w:r>
    </w:p>
    <w:p w14:paraId="1EB802F7" w14:textId="174B96EF" w:rsidR="000A018E" w:rsidRPr="00FD0B7D" w:rsidRDefault="000A018E" w:rsidP="00FD0B7D">
      <w:pPr>
        <w:pStyle w:val="Listenabsatz"/>
        <w:numPr>
          <w:ilvl w:val="0"/>
          <w:numId w:val="2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</w:pPr>
      <w:r w:rsidRPr="00FD0B7D"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  <w:t>Geltungsbereich</w:t>
      </w:r>
    </w:p>
    <w:p w14:paraId="14566E5D" w14:textId="63D896C0" w:rsidR="000A018E" w:rsidRPr="00AA33B4" w:rsidRDefault="000A018E" w:rsidP="000A018E">
      <w:pPr>
        <w:jc w:val="both"/>
        <w:rPr>
          <w:lang w:val="de-DE"/>
        </w:rPr>
      </w:pPr>
      <w:r w:rsidRPr="00AA33B4">
        <w:rPr>
          <w:lang w:val="de-DE"/>
        </w:rPr>
        <w:t>Diese Allgemeinen Geschäftsbedingungen (AGB) gelten für alle Mitgliedschaften und</w:t>
      </w:r>
      <w:r>
        <w:rPr>
          <w:lang w:val="de-DE"/>
        </w:rPr>
        <w:t xml:space="preserve"> </w:t>
      </w:r>
      <w:r w:rsidRPr="00AA33B4">
        <w:rPr>
          <w:lang w:val="de-DE"/>
        </w:rPr>
        <w:t>Verträge zwischen dem Vice City Fighting Gym (nachfolgend „Studio“) und seinen Mitgliedern.</w:t>
      </w:r>
    </w:p>
    <w:p w14:paraId="52D494D7" w14:textId="4EF8D9A9" w:rsidR="000A018E" w:rsidRPr="00FD0B7D" w:rsidRDefault="000A018E" w:rsidP="00FD0B7D">
      <w:pPr>
        <w:pStyle w:val="Listenabsatz"/>
        <w:numPr>
          <w:ilvl w:val="0"/>
          <w:numId w:val="2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</w:pPr>
      <w:r w:rsidRPr="00FD0B7D"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  <w:t>Mitgliedschaft</w:t>
      </w:r>
    </w:p>
    <w:p w14:paraId="405ED8A4" w14:textId="77777777" w:rsidR="000A018E" w:rsidRDefault="000A018E" w:rsidP="000A018E">
      <w:pPr>
        <w:jc w:val="both"/>
        <w:rPr>
          <w:lang w:val="de-DE"/>
        </w:rPr>
      </w:pPr>
      <w:r w:rsidRPr="00AA33B4">
        <w:rPr>
          <w:lang w:val="de-DE"/>
        </w:rPr>
        <w:t>Die Mitgliedschaft beginnt zum vertraglich vereinbarten Datum. Sie ist personengebunden und nicht übertragbar. Der Mitgliedsbeitrag ist monatlich im Voraus zu entrichten.</w:t>
      </w:r>
    </w:p>
    <w:p w14:paraId="79437CA2" w14:textId="6C2C4522" w:rsidR="00FD0B7D" w:rsidRPr="00FD0B7D" w:rsidRDefault="00FD0B7D" w:rsidP="00FD0B7D">
      <w:pPr>
        <w:pStyle w:val="Listenabsatz"/>
        <w:numPr>
          <w:ilvl w:val="0"/>
          <w:numId w:val="2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</w:pPr>
      <w:r w:rsidRPr="00FD0B7D"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  <w:t>Laufzeit</w:t>
      </w:r>
    </w:p>
    <w:p w14:paraId="34495456" w14:textId="02BDC2FE" w:rsidR="00FD0B7D" w:rsidRPr="00FD0B7D" w:rsidRDefault="00FD0B7D" w:rsidP="00FD0B7D">
      <w:pPr>
        <w:jc w:val="both"/>
        <w:rPr>
          <w:lang w:val="de-DE"/>
        </w:rPr>
      </w:pPr>
      <w:r w:rsidRPr="00FD0B7D">
        <w:rPr>
          <w:lang w:val="de-DE"/>
        </w:rPr>
        <w:t>Nach Ablauf der vereinbarten Mindestlaufzeit läuft die Mitgliedschaft auf unbestimmte Zeit weiter und kann monatlich mit einer Frist von einem Monat gekündigt werden.</w:t>
      </w:r>
    </w:p>
    <w:p w14:paraId="7E7E61FB" w14:textId="77777777" w:rsidR="00AA33B4" w:rsidRPr="00FD0B7D" w:rsidRDefault="00AA33B4" w:rsidP="00FD0B7D">
      <w:pPr>
        <w:pStyle w:val="Listenabsatz"/>
        <w:numPr>
          <w:ilvl w:val="0"/>
          <w:numId w:val="2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</w:pPr>
      <w:r w:rsidRPr="00FD0B7D"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  <w:t>Kündigung der Mitgliedschaft</w:t>
      </w:r>
    </w:p>
    <w:p w14:paraId="5181D1EB" w14:textId="77777777" w:rsidR="00AA33B4" w:rsidRPr="00992965" w:rsidRDefault="00AA33B4" w:rsidP="00AA33B4">
      <w:pPr>
        <w:jc w:val="both"/>
        <w:rPr>
          <w:lang w:val="de-DE"/>
        </w:rPr>
      </w:pPr>
      <w:r w:rsidRPr="00992965">
        <w:rPr>
          <w:lang w:val="de-DE"/>
        </w:rPr>
        <w:t xml:space="preserve">Die Mitgliedschaft wird für die jeweils vereinbarte </w:t>
      </w:r>
      <w:r w:rsidRPr="00992965">
        <w:rPr>
          <w:bCs/>
          <w:lang w:val="de-DE"/>
        </w:rPr>
        <w:t>Mindestlaufzeit</w:t>
      </w:r>
      <w:r w:rsidRPr="00992965">
        <w:rPr>
          <w:lang w:val="de-DE"/>
        </w:rPr>
        <w:t xml:space="preserve"> abgeschlossen</w:t>
      </w:r>
      <w:r w:rsidRPr="00992965">
        <w:rPr>
          <w:lang w:val="de-DE"/>
        </w:rPr>
        <w:br/>
        <w:t>(6, 12 oder 18 Monate).</w:t>
      </w:r>
    </w:p>
    <w:p w14:paraId="7C5F0866" w14:textId="77777777" w:rsidR="00AA33B4" w:rsidRPr="00992965" w:rsidRDefault="00AA33B4" w:rsidP="00AA33B4">
      <w:pPr>
        <w:jc w:val="both"/>
        <w:rPr>
          <w:lang w:val="de-DE"/>
        </w:rPr>
      </w:pPr>
      <w:r w:rsidRPr="00992965">
        <w:rPr>
          <w:lang w:val="de-DE"/>
        </w:rPr>
        <w:t xml:space="preserve">Nach Ablauf der Mindestlaufzeit verlängert sich der Vertrag </w:t>
      </w:r>
      <w:r w:rsidRPr="00992965">
        <w:rPr>
          <w:bCs/>
          <w:lang w:val="de-DE"/>
        </w:rPr>
        <w:t>auf unbestimmte Zeit</w:t>
      </w:r>
      <w:r w:rsidRPr="00992965">
        <w:rPr>
          <w:lang w:val="de-DE"/>
        </w:rPr>
        <w:br/>
        <w:t xml:space="preserve">und kann von beiden Parteien </w:t>
      </w:r>
      <w:r w:rsidRPr="00992965">
        <w:rPr>
          <w:bCs/>
          <w:lang w:val="de-DE"/>
        </w:rPr>
        <w:t>jederzeit mit einer Frist von einem Monat</w:t>
      </w:r>
      <w:r w:rsidRPr="00992965">
        <w:rPr>
          <w:lang w:val="de-DE"/>
        </w:rPr>
        <w:t xml:space="preserve"> gekündigt werden.</w:t>
      </w:r>
    </w:p>
    <w:p w14:paraId="64D21DB3" w14:textId="77777777" w:rsidR="00AA33B4" w:rsidRPr="00992965" w:rsidRDefault="00AA33B4" w:rsidP="00AA33B4">
      <w:pPr>
        <w:rPr>
          <w:lang w:val="de-DE"/>
        </w:rPr>
      </w:pPr>
      <w:r w:rsidRPr="00992965">
        <w:rPr>
          <w:lang w:val="de-DE"/>
        </w:rPr>
        <w:t xml:space="preserve">Die Kündigung bedarf der </w:t>
      </w:r>
      <w:r w:rsidRPr="00992965">
        <w:rPr>
          <w:bCs/>
          <w:lang w:val="de-DE"/>
        </w:rPr>
        <w:t>Textform</w:t>
      </w:r>
      <w:r w:rsidRPr="00992965">
        <w:rPr>
          <w:lang w:val="de-DE"/>
        </w:rPr>
        <w:t xml:space="preserve"> (z. B. E-Mail oder schriftlich).</w:t>
      </w:r>
    </w:p>
    <w:p w14:paraId="490C78AD" w14:textId="60DACAF5" w:rsidR="00AA33B4" w:rsidRPr="00992965" w:rsidRDefault="00AA33B4" w:rsidP="00AA33B4">
      <w:pPr>
        <w:rPr>
          <w:lang w:val="de-DE"/>
        </w:rPr>
      </w:pPr>
      <w:r w:rsidRPr="00992965">
        <w:rPr>
          <w:lang w:val="de-DE"/>
        </w:rPr>
        <w:t xml:space="preserve">Das Recht zur </w:t>
      </w:r>
      <w:r w:rsidRPr="00992965">
        <w:rPr>
          <w:bCs/>
          <w:lang w:val="de-DE"/>
        </w:rPr>
        <w:t>außerordentlichen Kündigung aus wichtigem Grund</w:t>
      </w:r>
      <w:r w:rsidRPr="00992965">
        <w:rPr>
          <w:lang w:val="de-DE"/>
        </w:rPr>
        <w:t xml:space="preserve"> bleibt unberührt.</w:t>
      </w:r>
    </w:p>
    <w:p w14:paraId="11A9F1EF" w14:textId="38D94D41" w:rsidR="000A018E" w:rsidRPr="00FD0B7D" w:rsidRDefault="000A018E" w:rsidP="00FD0B7D">
      <w:pPr>
        <w:pStyle w:val="Listenabsatz"/>
        <w:numPr>
          <w:ilvl w:val="0"/>
          <w:numId w:val="2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</w:pPr>
      <w:r w:rsidRPr="00FD0B7D"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  <w:t>Nutzung der Anlage</w:t>
      </w:r>
    </w:p>
    <w:p w14:paraId="3FB315F2" w14:textId="77777777" w:rsidR="000A018E" w:rsidRPr="00AA33B4" w:rsidRDefault="000A018E" w:rsidP="000A018E">
      <w:pPr>
        <w:jc w:val="both"/>
        <w:rPr>
          <w:lang w:val="de-DE"/>
        </w:rPr>
      </w:pPr>
      <w:r w:rsidRPr="00AA33B4">
        <w:rPr>
          <w:lang w:val="de-DE"/>
        </w:rPr>
        <w:t>Die Nutzung der Trainingsflächen und Kurse erfolgt auf eigene Gefahr. Den Anweisungen der Trainer und des Personals ist Folge zu leisten. Die Hausordnung ist Bestandteil dieser AGB.</w:t>
      </w:r>
    </w:p>
    <w:p w14:paraId="545DC0A0" w14:textId="6F2903BF" w:rsidR="000A018E" w:rsidRPr="00FD0B7D" w:rsidRDefault="000A018E" w:rsidP="00FD0B7D">
      <w:pPr>
        <w:pStyle w:val="Listenabsatz"/>
        <w:numPr>
          <w:ilvl w:val="0"/>
          <w:numId w:val="2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</w:pPr>
      <w:r w:rsidRPr="00FD0B7D"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  <w:t>Gesundheit</w:t>
      </w:r>
    </w:p>
    <w:p w14:paraId="2BB3A08E" w14:textId="336D7C3D" w:rsidR="00FD0B7D" w:rsidRDefault="000A018E" w:rsidP="000A018E">
      <w:pPr>
        <w:jc w:val="both"/>
        <w:rPr>
          <w:lang w:val="de-DE"/>
        </w:rPr>
      </w:pPr>
      <w:r w:rsidRPr="00AA33B4">
        <w:rPr>
          <w:lang w:val="de-DE"/>
        </w:rPr>
        <w:t>Das Mitglied bestätigt, sportgesund zu sein. Bestehende gesundheitliche Einschränkungen oder Verletzungen sind dem Studio vor Trainingsbeginn mitzuteilen.</w:t>
      </w:r>
    </w:p>
    <w:p w14:paraId="0A43F94B" w14:textId="77777777" w:rsidR="00FD0B7D" w:rsidRDefault="00FD0B7D">
      <w:pPr>
        <w:rPr>
          <w:lang w:val="de-DE"/>
        </w:rPr>
      </w:pPr>
      <w:r>
        <w:rPr>
          <w:lang w:val="de-DE"/>
        </w:rPr>
        <w:br w:type="page"/>
      </w:r>
    </w:p>
    <w:p w14:paraId="252326AD" w14:textId="20AD26B6" w:rsidR="000A018E" w:rsidRPr="00FD0B7D" w:rsidRDefault="000A018E" w:rsidP="00FD0B7D">
      <w:pPr>
        <w:pStyle w:val="Listenabsatz"/>
        <w:numPr>
          <w:ilvl w:val="0"/>
          <w:numId w:val="2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</w:pPr>
      <w:r w:rsidRPr="00FD0B7D"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  <w:lastRenderedPageBreak/>
        <w:t>Haftung</w:t>
      </w:r>
    </w:p>
    <w:p w14:paraId="52B49709" w14:textId="074C2942" w:rsidR="00AA33B4" w:rsidRDefault="000A018E" w:rsidP="00FD0B7D">
      <w:pPr>
        <w:jc w:val="both"/>
        <w:rPr>
          <w:lang w:val="de-DE"/>
        </w:rPr>
      </w:pPr>
      <w:r w:rsidRPr="00AA33B4">
        <w:rPr>
          <w:lang w:val="de-DE"/>
        </w:rPr>
        <w:t>Das Studio haftet nur bei Vorsatz oder grober Fahrlässigkeit. Für mitgebrachte Gegenstände wird keine Haftung übernommen.</w:t>
      </w:r>
    </w:p>
    <w:p w14:paraId="4E570719" w14:textId="788DE87A" w:rsidR="00AA33B4" w:rsidRPr="00FD0B7D" w:rsidRDefault="00AA33B4" w:rsidP="00FD0B7D">
      <w:pPr>
        <w:pStyle w:val="Listenabsatz"/>
        <w:numPr>
          <w:ilvl w:val="0"/>
          <w:numId w:val="2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</w:pPr>
      <w:r w:rsidRPr="00FD0B7D"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  <w:t>Zahlungsverzug</w:t>
      </w:r>
    </w:p>
    <w:p w14:paraId="7BB8215F" w14:textId="77777777" w:rsidR="00AA33B4" w:rsidRPr="00992965" w:rsidRDefault="00AA33B4" w:rsidP="00AA33B4">
      <w:pPr>
        <w:ind w:left="360"/>
        <w:jc w:val="both"/>
        <w:rPr>
          <w:lang w:val="de-DE"/>
        </w:rPr>
      </w:pPr>
      <w:r w:rsidRPr="00992965">
        <w:rPr>
          <w:lang w:val="de-DE"/>
        </w:rPr>
        <w:t xml:space="preserve">Der Mitgliedsbeitrag ist monatlich im Voraus fällig und wird per </w:t>
      </w:r>
      <w:r w:rsidRPr="00992965">
        <w:rPr>
          <w:bCs/>
          <w:lang w:val="de-DE"/>
        </w:rPr>
        <w:t>SEPA-Lastschrift</w:t>
      </w:r>
      <w:r w:rsidRPr="00992965">
        <w:rPr>
          <w:lang w:val="de-DE"/>
        </w:rPr>
        <w:t xml:space="preserve"> eingezogen.</w:t>
      </w:r>
    </w:p>
    <w:p w14:paraId="61E52ACD" w14:textId="77777777" w:rsidR="00AA33B4" w:rsidRPr="00992965" w:rsidRDefault="00AA33B4" w:rsidP="00AA33B4">
      <w:pPr>
        <w:ind w:left="360"/>
        <w:jc w:val="both"/>
        <w:rPr>
          <w:lang w:val="de-DE"/>
        </w:rPr>
      </w:pPr>
      <w:r w:rsidRPr="00992965">
        <w:rPr>
          <w:lang w:val="de-DE"/>
        </w:rPr>
        <w:t>Gerät das Mitglied mit der Zahlung des Mitgliedsbeitrags in Verzug, ist das Studio berechtigt,</w:t>
      </w:r>
    </w:p>
    <w:p w14:paraId="2FA7ECE4" w14:textId="77777777" w:rsidR="00AA33B4" w:rsidRPr="00992965" w:rsidRDefault="00AA33B4" w:rsidP="00AA33B4">
      <w:pPr>
        <w:numPr>
          <w:ilvl w:val="0"/>
          <w:numId w:val="12"/>
        </w:numPr>
        <w:tabs>
          <w:tab w:val="clear" w:pos="720"/>
          <w:tab w:val="num" w:pos="1080"/>
        </w:tabs>
        <w:ind w:left="1080"/>
        <w:rPr>
          <w:lang w:val="de-DE"/>
        </w:rPr>
      </w:pPr>
      <w:r w:rsidRPr="00992965">
        <w:rPr>
          <w:lang w:val="de-DE"/>
        </w:rPr>
        <w:t>Verzugszinsen in gesetzlicher Höhe zu berechnen,</w:t>
      </w:r>
    </w:p>
    <w:p w14:paraId="5837A850" w14:textId="77777777" w:rsidR="00AA33B4" w:rsidRPr="00992965" w:rsidRDefault="00AA33B4" w:rsidP="00AA33B4">
      <w:pPr>
        <w:numPr>
          <w:ilvl w:val="0"/>
          <w:numId w:val="12"/>
        </w:numPr>
        <w:tabs>
          <w:tab w:val="clear" w:pos="720"/>
          <w:tab w:val="num" w:pos="1080"/>
        </w:tabs>
        <w:ind w:left="1080"/>
        <w:rPr>
          <w:lang w:val="de-DE"/>
        </w:rPr>
      </w:pPr>
      <w:r w:rsidRPr="00992965">
        <w:rPr>
          <w:lang w:val="de-DE"/>
        </w:rPr>
        <w:t>eine angemessene Mahngebühr zu erheben sowie</w:t>
      </w:r>
    </w:p>
    <w:p w14:paraId="6A40FBD2" w14:textId="77777777" w:rsidR="00AA33B4" w:rsidRPr="00992965" w:rsidRDefault="00AA33B4" w:rsidP="00AA33B4">
      <w:pPr>
        <w:numPr>
          <w:ilvl w:val="0"/>
          <w:numId w:val="12"/>
        </w:numPr>
        <w:tabs>
          <w:tab w:val="clear" w:pos="720"/>
          <w:tab w:val="num" w:pos="1080"/>
        </w:tabs>
        <w:ind w:left="1080"/>
        <w:rPr>
          <w:lang w:val="de-DE"/>
        </w:rPr>
      </w:pPr>
      <w:r w:rsidRPr="00992965">
        <w:rPr>
          <w:lang w:val="de-DE"/>
        </w:rPr>
        <w:t>den offenen Betrag erneut einzuziehen.</w:t>
      </w:r>
    </w:p>
    <w:p w14:paraId="224D6452" w14:textId="7533BABE" w:rsidR="00A64888" w:rsidRPr="00A64888" w:rsidRDefault="00A64888" w:rsidP="00A64888">
      <w:pPr>
        <w:ind w:left="360"/>
        <w:jc w:val="both"/>
      </w:pPr>
      <w:r w:rsidRPr="00992965">
        <w:rPr>
          <w:lang w:val="de-DE"/>
        </w:rPr>
        <w:t xml:space="preserve">Kommt es zu einer vom Mitglied zu vertretenden Rücklastschrift, trägt das Mitglied die dem Studio nachweislich entstandenen Bankkosten. </w:t>
      </w:r>
      <w:r w:rsidRPr="00A64888">
        <w:t>Weitergehende Schadensersatzansprüche bleiben unberührt.</w:t>
      </w:r>
    </w:p>
    <w:p w14:paraId="1D0BFC62" w14:textId="31C65E8C" w:rsidR="00AA33B4" w:rsidRPr="00FD0B7D" w:rsidRDefault="00A64888" w:rsidP="00A64888">
      <w:pPr>
        <w:pStyle w:val="Listenabsatz"/>
        <w:numPr>
          <w:ilvl w:val="0"/>
          <w:numId w:val="2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</w:pPr>
      <w:r w:rsidRPr="00A64888">
        <w:t>.</w:t>
      </w:r>
      <w:r w:rsidR="00AA33B4" w:rsidRPr="00FD0B7D"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  <w:t>Trainingssperre bei Zahlungsverzug</w:t>
      </w:r>
    </w:p>
    <w:p w14:paraId="6FDDF6B8" w14:textId="77777777" w:rsidR="00AA33B4" w:rsidRPr="00992965" w:rsidRDefault="00AA33B4" w:rsidP="00AA33B4">
      <w:pPr>
        <w:ind w:left="360"/>
        <w:jc w:val="both"/>
        <w:rPr>
          <w:lang w:val="de-DE"/>
        </w:rPr>
      </w:pPr>
      <w:r w:rsidRPr="00992965">
        <w:rPr>
          <w:lang w:val="de-DE"/>
        </w:rPr>
        <w:t xml:space="preserve">Befindet sich das Mitglied mit </w:t>
      </w:r>
      <w:r w:rsidRPr="00992965">
        <w:rPr>
          <w:bCs/>
          <w:lang w:val="de-DE"/>
        </w:rPr>
        <w:t>zwei oder mehr Monatsbeiträgen</w:t>
      </w:r>
      <w:r w:rsidRPr="00992965">
        <w:rPr>
          <w:lang w:val="de-DE"/>
        </w:rPr>
        <w:t xml:space="preserve"> im Rückstand,</w:t>
      </w:r>
      <w:r w:rsidRPr="00992965">
        <w:rPr>
          <w:lang w:val="de-DE"/>
        </w:rPr>
        <w:br/>
        <w:t xml:space="preserve">ist das Studio berechtigt, den Zugang zum Training </w:t>
      </w:r>
      <w:r w:rsidRPr="00992965">
        <w:rPr>
          <w:bCs/>
          <w:lang w:val="de-DE"/>
        </w:rPr>
        <w:t>bis zum vollständigen Ausgleich der offenen Forderungen</w:t>
      </w:r>
      <w:r w:rsidRPr="00992965">
        <w:rPr>
          <w:lang w:val="de-DE"/>
        </w:rPr>
        <w:t xml:space="preserve"> zu sperren.</w:t>
      </w:r>
    </w:p>
    <w:p w14:paraId="37326322" w14:textId="0D226974" w:rsidR="00AA33B4" w:rsidRPr="00992965" w:rsidRDefault="00AA33B4" w:rsidP="00AA33B4">
      <w:pPr>
        <w:ind w:left="360"/>
        <w:jc w:val="both"/>
        <w:rPr>
          <w:lang w:val="de-DE"/>
        </w:rPr>
      </w:pPr>
      <w:r w:rsidRPr="00992965">
        <w:rPr>
          <w:lang w:val="de-DE"/>
        </w:rPr>
        <w:t>Die Verpflichtung zur Zahlung des Mitgliedsbeitrags bleibt während der Sperrung bestehen.</w:t>
      </w:r>
    </w:p>
    <w:p w14:paraId="362E7BAD" w14:textId="2574519F" w:rsidR="00AA33B4" w:rsidRPr="00FD0B7D" w:rsidRDefault="00AA33B4" w:rsidP="00FD0B7D">
      <w:pPr>
        <w:pStyle w:val="Listenabsatz"/>
        <w:numPr>
          <w:ilvl w:val="0"/>
          <w:numId w:val="2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</w:pPr>
      <w:r w:rsidRPr="00FD0B7D"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  <w:t>Außerordentliche Kündigung durch das Studio</w:t>
      </w:r>
    </w:p>
    <w:p w14:paraId="304B59AA" w14:textId="77777777" w:rsidR="00AA33B4" w:rsidRPr="00992965" w:rsidRDefault="00AA33B4" w:rsidP="00AA33B4">
      <w:pPr>
        <w:ind w:left="360"/>
        <w:rPr>
          <w:lang w:val="de-DE"/>
        </w:rPr>
      </w:pPr>
      <w:r w:rsidRPr="00992965">
        <w:rPr>
          <w:lang w:val="de-DE"/>
        </w:rPr>
        <w:t xml:space="preserve">Das Studio ist berechtigt, den Vertrag </w:t>
      </w:r>
      <w:r w:rsidRPr="00992965">
        <w:rPr>
          <w:bCs/>
          <w:lang w:val="de-DE"/>
        </w:rPr>
        <w:t>außerordentlich und fristlos</w:t>
      </w:r>
      <w:r w:rsidRPr="00992965">
        <w:rPr>
          <w:lang w:val="de-DE"/>
        </w:rPr>
        <w:t xml:space="preserve"> zu kündigen, wenn:</w:t>
      </w:r>
    </w:p>
    <w:p w14:paraId="55BBA2FA" w14:textId="77777777" w:rsidR="00AA33B4" w:rsidRPr="00992965" w:rsidRDefault="00AA33B4" w:rsidP="00AA33B4">
      <w:pPr>
        <w:numPr>
          <w:ilvl w:val="0"/>
          <w:numId w:val="13"/>
        </w:numPr>
        <w:tabs>
          <w:tab w:val="clear" w:pos="720"/>
          <w:tab w:val="num" w:pos="1080"/>
        </w:tabs>
        <w:ind w:left="1080"/>
        <w:rPr>
          <w:lang w:val="de-DE"/>
        </w:rPr>
      </w:pPr>
      <w:r w:rsidRPr="00992965">
        <w:rPr>
          <w:lang w:val="de-DE"/>
        </w:rPr>
        <w:t>das Mitglied trotz Mahnung nachhaltig gegen Zahlungspflichten verstößt,</w:t>
      </w:r>
    </w:p>
    <w:p w14:paraId="1A6830F5" w14:textId="77777777" w:rsidR="00AA33B4" w:rsidRPr="00992965" w:rsidRDefault="00AA33B4" w:rsidP="00AA33B4">
      <w:pPr>
        <w:numPr>
          <w:ilvl w:val="0"/>
          <w:numId w:val="13"/>
        </w:numPr>
        <w:tabs>
          <w:tab w:val="clear" w:pos="720"/>
          <w:tab w:val="num" w:pos="1080"/>
        </w:tabs>
        <w:ind w:left="1080"/>
        <w:rPr>
          <w:lang w:val="de-DE"/>
        </w:rPr>
      </w:pPr>
      <w:r w:rsidRPr="00992965">
        <w:rPr>
          <w:lang w:val="de-DE"/>
        </w:rPr>
        <w:t>grob gegen die Hausordnung oder Anweisungen des Personals verstoßen wird,</w:t>
      </w:r>
    </w:p>
    <w:p w14:paraId="2A2ADC34" w14:textId="2D00E4BE" w:rsidR="00FD0B7D" w:rsidRPr="00992965" w:rsidRDefault="00AA33B4" w:rsidP="00AA33B4">
      <w:pPr>
        <w:numPr>
          <w:ilvl w:val="0"/>
          <w:numId w:val="13"/>
        </w:numPr>
        <w:tabs>
          <w:tab w:val="clear" w:pos="720"/>
          <w:tab w:val="num" w:pos="1080"/>
        </w:tabs>
        <w:ind w:left="1080"/>
        <w:rPr>
          <w:lang w:val="de-DE"/>
        </w:rPr>
      </w:pPr>
      <w:r w:rsidRPr="00992965">
        <w:rPr>
          <w:lang w:val="de-DE"/>
        </w:rPr>
        <w:t>andere Mitglieder oder Trainer gefährdet oder beleidigt werden.</w:t>
      </w:r>
    </w:p>
    <w:p w14:paraId="165415DB" w14:textId="77777777" w:rsidR="00FD0B7D" w:rsidRPr="00992965" w:rsidRDefault="00FD0B7D">
      <w:pPr>
        <w:rPr>
          <w:lang w:val="de-DE"/>
        </w:rPr>
      </w:pPr>
      <w:r w:rsidRPr="00992965">
        <w:rPr>
          <w:lang w:val="de-DE"/>
        </w:rPr>
        <w:br w:type="page"/>
      </w:r>
    </w:p>
    <w:p w14:paraId="65DF69EE" w14:textId="2D08DA4B" w:rsidR="00AA33B4" w:rsidRPr="00FD0B7D" w:rsidRDefault="00AA33B4" w:rsidP="00FD0B7D">
      <w:pPr>
        <w:pStyle w:val="Listenabsatz"/>
        <w:numPr>
          <w:ilvl w:val="0"/>
          <w:numId w:val="2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</w:pPr>
      <w:r w:rsidRPr="00FD0B7D"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  <w:lastRenderedPageBreak/>
        <w:t>Schlussbestimmung</w:t>
      </w:r>
    </w:p>
    <w:p w14:paraId="61668531" w14:textId="1CD1F630" w:rsidR="00FD0B7D" w:rsidRPr="00992965" w:rsidRDefault="00AA33B4" w:rsidP="00FD0B7D">
      <w:pPr>
        <w:ind w:left="360"/>
        <w:jc w:val="both"/>
        <w:rPr>
          <w:lang w:val="de-DE"/>
        </w:rPr>
      </w:pPr>
      <w:r w:rsidRPr="00992965">
        <w:rPr>
          <w:lang w:val="de-DE"/>
        </w:rPr>
        <w:t>Änderungen oder Ergänzungen dieser AGB bedürfen der Textform.</w:t>
      </w:r>
      <w:r w:rsidRPr="00992965">
        <w:rPr>
          <w:lang w:val="de-DE"/>
        </w:rPr>
        <w:br/>
        <w:t>Sollten einzelne Bestimmungen dieser AGB unwirksam sein oder werden,</w:t>
      </w:r>
      <w:r w:rsidRPr="00992965">
        <w:rPr>
          <w:lang w:val="de-DE"/>
        </w:rPr>
        <w:br/>
        <w:t>bleibt die Wirksamkeit der übrigen Regelungen unberührt.</w:t>
      </w:r>
    </w:p>
    <w:p w14:paraId="3DDE5725" w14:textId="77777777" w:rsidR="00FD0B7D" w:rsidRPr="00992965" w:rsidRDefault="00FD0B7D">
      <w:pPr>
        <w:rPr>
          <w:lang w:val="de-DE"/>
        </w:rPr>
      </w:pPr>
      <w:r w:rsidRPr="00992965">
        <w:rPr>
          <w:lang w:val="de-DE"/>
        </w:rPr>
        <w:br w:type="page"/>
      </w:r>
    </w:p>
    <w:p w14:paraId="283FA1A6" w14:textId="3BC80CB4" w:rsidR="00AA33B4" w:rsidRPr="00FD0B7D" w:rsidRDefault="00AA33B4" w:rsidP="00FD0B7D">
      <w:pPr>
        <w:pStyle w:val="Listenabsatz"/>
        <w:numPr>
          <w:ilvl w:val="0"/>
          <w:numId w:val="2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</w:pPr>
      <w:r w:rsidRPr="00FD0B7D"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  <w:lastRenderedPageBreak/>
        <w:t>Eröffnungsspecial</w:t>
      </w:r>
    </w:p>
    <w:p w14:paraId="2C2936D8" w14:textId="77777777" w:rsidR="00AA33B4" w:rsidRPr="00AA33B4" w:rsidRDefault="00AA33B4" w:rsidP="00AA33B4">
      <w:pPr>
        <w:jc w:val="both"/>
        <w:rPr>
          <w:lang w:val="de-DE"/>
        </w:rPr>
      </w:pPr>
      <w:r w:rsidRPr="00AA33B4">
        <w:rPr>
          <w:lang w:val="de-DE"/>
        </w:rPr>
        <w:t>Sonderaktionen und Specials (z. B. Eröffnungsspecial) sind zeitlich begrenzt, nicht übertragbar und nicht auszahlbar.</w:t>
      </w:r>
    </w:p>
    <w:p w14:paraId="7B0FCD30" w14:textId="77777777" w:rsidR="00AA33B4" w:rsidRPr="00AA33B4" w:rsidRDefault="00AA33B4" w:rsidP="00AA33B4">
      <w:pPr>
        <w:ind w:left="360"/>
        <w:jc w:val="both"/>
        <w:rPr>
          <w:lang w:val="de-DE"/>
        </w:rPr>
      </w:pPr>
    </w:p>
    <w:p w14:paraId="13C0D3C7" w14:textId="77777777" w:rsidR="000A018E" w:rsidRPr="00992965" w:rsidRDefault="000A018E" w:rsidP="000A018E">
      <w:pPr>
        <w:rPr>
          <w:lang w:val="de-DE"/>
        </w:rPr>
      </w:pPr>
    </w:p>
    <w:p w14:paraId="4E5AE4E5" w14:textId="77777777" w:rsidR="000A018E" w:rsidRPr="00AA33B4" w:rsidRDefault="000A018E">
      <w:pPr>
        <w:rPr>
          <w:lang w:val="de-DE"/>
        </w:rPr>
      </w:pPr>
      <w:r w:rsidRPr="00AA33B4">
        <w:rPr>
          <w:lang w:val="de-DE"/>
        </w:rPr>
        <w:br w:type="page"/>
      </w:r>
    </w:p>
    <w:p w14:paraId="45ABE8AC" w14:textId="77777777" w:rsidR="000A018E" w:rsidRPr="00AA33B4" w:rsidRDefault="000A018E" w:rsidP="000A018E">
      <w:pPr>
        <w:spacing w:after="0"/>
        <w:jc w:val="center"/>
        <w:rPr>
          <w:b/>
          <w:bCs/>
          <w:sz w:val="36"/>
          <w:szCs w:val="36"/>
          <w:lang w:val="de-DE"/>
        </w:rPr>
      </w:pPr>
      <w:r w:rsidRPr="00AA33B4">
        <w:rPr>
          <w:b/>
          <w:bCs/>
          <w:sz w:val="36"/>
          <w:szCs w:val="36"/>
          <w:lang w:val="de-DE"/>
        </w:rPr>
        <w:lastRenderedPageBreak/>
        <w:t>Datenschutzinformation (DSGVO)</w:t>
      </w:r>
    </w:p>
    <w:p w14:paraId="7B75EFFF" w14:textId="77777777" w:rsidR="000A018E" w:rsidRPr="00AA33B4" w:rsidRDefault="000A018E" w:rsidP="000A018E">
      <w:pPr>
        <w:spacing w:after="0"/>
        <w:jc w:val="center"/>
        <w:rPr>
          <w:b/>
          <w:bCs/>
          <w:sz w:val="36"/>
          <w:szCs w:val="36"/>
          <w:lang w:val="de-DE"/>
        </w:rPr>
      </w:pPr>
    </w:p>
    <w:p w14:paraId="6F09D60A" w14:textId="77777777" w:rsidR="000A018E" w:rsidRPr="00AA33B4" w:rsidRDefault="000A018E" w:rsidP="000A018E">
      <w:pPr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</w:pPr>
      <w:r w:rsidRPr="00AA33B4"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  <w:t>1. Erhebung und Verarbeitung personenbezogener Daten</w:t>
      </w:r>
    </w:p>
    <w:p w14:paraId="67652961" w14:textId="77777777" w:rsidR="000A018E" w:rsidRPr="00AA33B4" w:rsidRDefault="000A018E" w:rsidP="000A018E">
      <w:pPr>
        <w:jc w:val="both"/>
        <w:rPr>
          <w:lang w:val="de-DE"/>
        </w:rPr>
      </w:pPr>
      <w:r w:rsidRPr="00AA33B4">
        <w:rPr>
          <w:lang w:val="de-DE"/>
        </w:rPr>
        <w:t>Das Studio verarbeitet personenbezogene Daten ausschließlich zum Zweck der Vertragsdurchführung, Mitgliederverwaltung und Kommunikation.</w:t>
      </w:r>
    </w:p>
    <w:p w14:paraId="2EF14FDF" w14:textId="77777777" w:rsidR="000A018E" w:rsidRPr="00AA33B4" w:rsidRDefault="000A018E" w:rsidP="000A018E">
      <w:pPr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</w:pPr>
      <w:r w:rsidRPr="00AA33B4"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  <w:t>2. Weitergabe von Daten</w:t>
      </w:r>
    </w:p>
    <w:p w14:paraId="7A91EB7C" w14:textId="77777777" w:rsidR="000A018E" w:rsidRPr="00AA33B4" w:rsidRDefault="000A018E" w:rsidP="000A018E">
      <w:pPr>
        <w:jc w:val="both"/>
        <w:rPr>
          <w:lang w:val="de-DE"/>
        </w:rPr>
      </w:pPr>
      <w:r w:rsidRPr="00AA33B4">
        <w:rPr>
          <w:lang w:val="de-DE"/>
        </w:rPr>
        <w:t>Eine Weitergabe an Dritte erfolgt nicht, sofern keine gesetzliche Verpflichtung besteht.</w:t>
      </w:r>
    </w:p>
    <w:p w14:paraId="4B03ED35" w14:textId="77777777" w:rsidR="000A018E" w:rsidRPr="00AA33B4" w:rsidRDefault="000A018E" w:rsidP="000A018E">
      <w:pPr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</w:pPr>
      <w:r w:rsidRPr="00AA33B4"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  <w:t>3. Rechte der Mitglieder</w:t>
      </w:r>
    </w:p>
    <w:p w14:paraId="70AFD927" w14:textId="77777777" w:rsidR="000A018E" w:rsidRPr="00AA33B4" w:rsidRDefault="000A018E" w:rsidP="000A018E">
      <w:pPr>
        <w:jc w:val="both"/>
        <w:rPr>
          <w:lang w:val="de-DE"/>
        </w:rPr>
      </w:pPr>
      <w:r w:rsidRPr="00AA33B4">
        <w:rPr>
          <w:lang w:val="de-DE"/>
        </w:rPr>
        <w:t>Mitglieder haben das Recht auf Auskunft, Berichtigung, Löschung sowie Einschränkung der Verarbeitung ihrer Daten gemäß DSGVO.</w:t>
      </w:r>
    </w:p>
    <w:p w14:paraId="252A9146" w14:textId="77777777" w:rsidR="000A018E" w:rsidRPr="00AA33B4" w:rsidRDefault="000A018E" w:rsidP="000A018E">
      <w:pPr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</w:pPr>
      <w:r w:rsidRPr="00AA33B4"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  <w:t>4. Einwilligung</w:t>
      </w:r>
    </w:p>
    <w:p w14:paraId="6D13F7AE" w14:textId="16EBD347" w:rsidR="000A018E" w:rsidRPr="00AA33B4" w:rsidRDefault="000A018E" w:rsidP="000A018E">
      <w:pPr>
        <w:jc w:val="both"/>
        <w:rPr>
          <w:lang w:val="de-DE"/>
        </w:rPr>
      </w:pPr>
      <w:r w:rsidRPr="00AA33B4">
        <w:rPr>
          <w:lang w:val="de-DE"/>
        </w:rPr>
        <w:t>Mit der Unterschrift auf dem Anmeldebogen erklärt sich das Mitglied mit der Verarbeitung seiner personenbezogenen Daten einverstanden.</w:t>
      </w:r>
    </w:p>
    <w:p w14:paraId="701519C4" w14:textId="77777777" w:rsidR="000A018E" w:rsidRPr="00AA33B4" w:rsidRDefault="000A018E">
      <w:pPr>
        <w:rPr>
          <w:lang w:val="de-DE"/>
        </w:rPr>
      </w:pPr>
      <w:r w:rsidRPr="00AA33B4">
        <w:rPr>
          <w:lang w:val="de-DE"/>
        </w:rPr>
        <w:br w:type="page"/>
      </w:r>
    </w:p>
    <w:p w14:paraId="6BF85A91" w14:textId="77777777" w:rsidR="000A018E" w:rsidRPr="00AA33B4" w:rsidRDefault="000A018E" w:rsidP="000A018E">
      <w:pPr>
        <w:rPr>
          <w:b/>
          <w:bCs/>
          <w:sz w:val="36"/>
          <w:szCs w:val="36"/>
          <w:lang w:val="de-DE"/>
        </w:rPr>
      </w:pPr>
      <w:r w:rsidRPr="00AA33B4">
        <w:rPr>
          <w:b/>
          <w:bCs/>
          <w:sz w:val="36"/>
          <w:szCs w:val="36"/>
          <w:lang w:val="de-DE"/>
        </w:rPr>
        <w:lastRenderedPageBreak/>
        <w:t>Foto- und Videoeinwilligung</w:t>
      </w:r>
    </w:p>
    <w:p w14:paraId="31B756A0" w14:textId="77777777" w:rsidR="000A018E" w:rsidRPr="00AA33B4" w:rsidRDefault="000A018E" w:rsidP="000A018E">
      <w:pPr>
        <w:jc w:val="both"/>
        <w:rPr>
          <w:lang w:val="de-DE"/>
        </w:rPr>
      </w:pPr>
      <w:r w:rsidRPr="00AA33B4">
        <w:rPr>
          <w:lang w:val="de-DE"/>
        </w:rPr>
        <w:t>Ich erkläre mich damit einverstanden, dass im Rahmen des Trainings- und Studioalltags Foto- und Videoaufnahmen von mir gemacht und für folgende Zwecke verwendet werden dürfen:</w:t>
      </w:r>
    </w:p>
    <w:p w14:paraId="61830BF8" w14:textId="77777777" w:rsidR="000A018E" w:rsidRPr="000A018E" w:rsidRDefault="000A018E" w:rsidP="000A018E">
      <w:pPr>
        <w:numPr>
          <w:ilvl w:val="0"/>
          <w:numId w:val="11"/>
        </w:numPr>
      </w:pPr>
      <w:r w:rsidRPr="000A018E">
        <w:t>Website</w:t>
      </w:r>
    </w:p>
    <w:p w14:paraId="7B6F0CBF" w14:textId="77777777" w:rsidR="000A018E" w:rsidRPr="000A018E" w:rsidRDefault="000A018E" w:rsidP="000A018E">
      <w:pPr>
        <w:numPr>
          <w:ilvl w:val="0"/>
          <w:numId w:val="11"/>
        </w:numPr>
      </w:pPr>
      <w:r w:rsidRPr="000A018E">
        <w:t>Social Media</w:t>
      </w:r>
    </w:p>
    <w:p w14:paraId="6E48EB8D" w14:textId="77777777" w:rsidR="000A018E" w:rsidRPr="000A018E" w:rsidRDefault="000A018E" w:rsidP="000A018E">
      <w:pPr>
        <w:numPr>
          <w:ilvl w:val="0"/>
          <w:numId w:val="11"/>
        </w:numPr>
      </w:pPr>
      <w:r w:rsidRPr="000A018E">
        <w:t>Werbematerialien des Studios</w:t>
      </w:r>
    </w:p>
    <w:p w14:paraId="6F03F442" w14:textId="77777777" w:rsidR="000A018E" w:rsidRPr="00AA33B4" w:rsidRDefault="000A018E" w:rsidP="000A018E">
      <w:pPr>
        <w:rPr>
          <w:lang w:val="de-DE"/>
        </w:rPr>
      </w:pPr>
      <w:r w:rsidRPr="00AA33B4">
        <w:rPr>
          <w:lang w:val="de-DE"/>
        </w:rPr>
        <w:t>Diese Einwilligung ist freiwillig und kann jederzeit schriftlich widerrufen werden.</w:t>
      </w:r>
    </w:p>
    <w:p w14:paraId="74CC7475" w14:textId="77777777" w:rsidR="000A018E" w:rsidRPr="00AA33B4" w:rsidRDefault="000A018E">
      <w:pPr>
        <w:rPr>
          <w:lang w:val="de-DE"/>
        </w:rPr>
      </w:pPr>
      <w:r w:rsidRPr="00AA33B4">
        <w:rPr>
          <w:lang w:val="de-DE"/>
        </w:rPr>
        <w:br w:type="page"/>
      </w:r>
    </w:p>
    <w:p w14:paraId="54A506F9" w14:textId="05BE68F0" w:rsidR="000A018E" w:rsidRPr="00AA33B4" w:rsidRDefault="000A018E" w:rsidP="000A018E">
      <w:pPr>
        <w:rPr>
          <w:rFonts w:ascii="Times New Roman" w:hAnsi="Times New Roman" w:cs="Times New Roman"/>
          <w:b/>
          <w:bCs/>
          <w:sz w:val="36"/>
          <w:szCs w:val="36"/>
          <w:lang w:val="de-DE"/>
        </w:rPr>
      </w:pPr>
      <w:r w:rsidRPr="00AA33B4">
        <w:rPr>
          <w:rFonts w:ascii="Times New Roman" w:hAnsi="Times New Roman" w:cs="Times New Roman"/>
          <w:b/>
          <w:bCs/>
          <w:sz w:val="36"/>
          <w:szCs w:val="36"/>
          <w:lang w:val="de-DE"/>
        </w:rPr>
        <w:lastRenderedPageBreak/>
        <w:t>Zusatz für minderjährige Mitglieder</w:t>
      </w:r>
    </w:p>
    <w:p w14:paraId="5A096748" w14:textId="77777777" w:rsidR="000A018E" w:rsidRPr="00AA33B4" w:rsidRDefault="000A018E" w:rsidP="000A018E">
      <w:pPr>
        <w:rPr>
          <w:lang w:val="de-DE"/>
        </w:rPr>
      </w:pPr>
      <w:r w:rsidRPr="00AA33B4">
        <w:rPr>
          <w:lang w:val="de-DE"/>
        </w:rPr>
        <w:t>Für Mitglieder unter 18 Jahren ist die Unterschrift eines gesetzlichen Vertreters erforderlich.</w:t>
      </w:r>
    </w:p>
    <w:p w14:paraId="35CC136B" w14:textId="77777777" w:rsidR="000A018E" w:rsidRPr="00AA33B4" w:rsidRDefault="000A018E" w:rsidP="000A018E">
      <w:pPr>
        <w:jc w:val="both"/>
        <w:rPr>
          <w:lang w:val="de-DE"/>
        </w:rPr>
      </w:pPr>
      <w:r w:rsidRPr="00AA33B4">
        <w:rPr>
          <w:lang w:val="de-DE"/>
        </w:rPr>
        <w:t>Ich erkläre als gesetzlicher Vertreter, dass ich mit der Mitgliedschaft meines Kindes einverstanden bin und die AGB, Datenschutzbestimmungen sowie ggf. die Foto- und Videoeinwilligung akzeptiere.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141"/>
      </w:tblGrid>
      <w:tr w:rsidR="000A018E" w:rsidRPr="000A018E" w14:paraId="27A8B58E" w14:textId="77777777" w:rsidTr="00BD4B98">
        <w:trPr>
          <w:trHeight w:val="419"/>
        </w:trPr>
        <w:tc>
          <w:tcPr>
            <w:tcW w:w="3681" w:type="dxa"/>
          </w:tcPr>
          <w:p w14:paraId="370BA7C4" w14:textId="77777777" w:rsidR="000A018E" w:rsidRPr="00BD4B98" w:rsidRDefault="000A018E">
            <w:pPr>
              <w:rPr>
                <w:lang w:val="de-DE"/>
              </w:rPr>
            </w:pPr>
            <w:r w:rsidRPr="000A018E">
              <w:t>Name des Kindes</w:t>
            </w:r>
          </w:p>
        </w:tc>
        <w:tc>
          <w:tcPr>
            <w:tcW w:w="5141" w:type="dxa"/>
          </w:tcPr>
          <w:p w14:paraId="552FD91B" w14:textId="08188003" w:rsidR="000A018E" w:rsidRPr="000A018E" w:rsidRDefault="000A018E">
            <w:pPr>
              <w:rPr>
                <w:lang w:val="de-DE"/>
              </w:rPr>
            </w:pPr>
          </w:p>
        </w:tc>
      </w:tr>
      <w:tr w:rsidR="00BD4B98" w:rsidRPr="000A018E" w14:paraId="3DDF7047" w14:textId="77777777" w:rsidTr="00BD4B98">
        <w:trPr>
          <w:trHeight w:val="411"/>
        </w:trPr>
        <w:tc>
          <w:tcPr>
            <w:tcW w:w="3681" w:type="dxa"/>
          </w:tcPr>
          <w:p w14:paraId="4830179E" w14:textId="232001CE" w:rsidR="00BD4B98" w:rsidRPr="00BD4B98" w:rsidRDefault="00BD4B98">
            <w:r w:rsidRPr="000A018E">
              <w:t>Name des gesetzlichen Vertreters</w:t>
            </w:r>
          </w:p>
        </w:tc>
        <w:tc>
          <w:tcPr>
            <w:tcW w:w="5141" w:type="dxa"/>
          </w:tcPr>
          <w:p w14:paraId="7806F484" w14:textId="77777777" w:rsidR="00BD4B98" w:rsidRPr="000A018E" w:rsidRDefault="00BD4B98">
            <w:pPr>
              <w:rPr>
                <w:b/>
                <w:bCs/>
              </w:rPr>
            </w:pPr>
          </w:p>
        </w:tc>
      </w:tr>
    </w:tbl>
    <w:p w14:paraId="4B26D34B" w14:textId="77777777" w:rsidR="00BD4B98" w:rsidRDefault="00BD4B98" w:rsidP="000A018E">
      <w:pPr>
        <w:rPr>
          <w:b/>
          <w:bCs/>
          <w:lang w:val="de-DE"/>
        </w:rPr>
      </w:pPr>
    </w:p>
    <w:p w14:paraId="1FED131D" w14:textId="77777777" w:rsidR="00BD4B98" w:rsidRDefault="00BD4B98" w:rsidP="000A018E">
      <w:pPr>
        <w:rPr>
          <w:b/>
          <w:bCs/>
          <w:lang w:val="de-DE"/>
        </w:rPr>
      </w:pPr>
    </w:p>
    <w:p w14:paraId="3E903BFC" w14:textId="77777777" w:rsidR="00BD4B98" w:rsidRDefault="00BD4B98" w:rsidP="000A018E">
      <w:pPr>
        <w:rPr>
          <w:b/>
          <w:bCs/>
          <w:lang w:val="de-DE"/>
        </w:rPr>
      </w:pPr>
    </w:p>
    <w:p w14:paraId="61A43A8B" w14:textId="4CD94EEA" w:rsidR="000A018E" w:rsidRPr="000A018E" w:rsidRDefault="000A018E" w:rsidP="000A018E">
      <w:r w:rsidRPr="000A018E">
        <w:rPr>
          <w:bCs/>
        </w:rPr>
        <w:t>Datum</w:t>
      </w:r>
      <w:r w:rsidRPr="000A018E">
        <w:rPr>
          <w:b/>
          <w:bCs/>
        </w:rPr>
        <w:t>:</w:t>
      </w:r>
      <w:r w:rsidRPr="000A018E">
        <w:t xml:space="preserve"> </w:t>
      </w:r>
    </w:p>
    <w:p w14:paraId="7466C8A6" w14:textId="2DC2F235" w:rsidR="000A018E" w:rsidRPr="000A018E" w:rsidRDefault="00BD4B98" w:rsidP="000A018E">
      <w:r w:rsidRPr="00BD4B98">
        <w:rPr>
          <w:bCs/>
        </w:rPr>
        <w:t>Name des gesetzlichen Vertreters</w:t>
      </w:r>
      <w:r w:rsidR="000A018E" w:rsidRPr="000A018E">
        <w:rPr>
          <w:bCs/>
        </w:rPr>
        <w:t>:</w:t>
      </w:r>
      <w:r w:rsidR="000A018E" w:rsidRPr="000A018E">
        <w:t xml:space="preserve"> __________________________</w:t>
      </w:r>
      <w:r>
        <w:rPr>
          <w:lang w:val="de-DE"/>
        </w:rPr>
        <w:t>_________</w:t>
      </w:r>
      <w:r w:rsidR="000A018E" w:rsidRPr="000A018E">
        <w:t>______</w:t>
      </w:r>
    </w:p>
    <w:p w14:paraId="59A5CAFC" w14:textId="68B0BB73" w:rsidR="00535F5C" w:rsidRPr="000A018E" w:rsidRDefault="00535F5C" w:rsidP="009E169B"/>
    <w:sectPr w:rsidR="00535F5C" w:rsidRPr="000A018E" w:rsidSect="000A018E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608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B0CD4" w14:textId="77777777" w:rsidR="00F57017" w:rsidRDefault="00F57017">
      <w:pPr>
        <w:spacing w:after="0" w:line="240" w:lineRule="auto"/>
      </w:pPr>
      <w:r>
        <w:separator/>
      </w:r>
    </w:p>
  </w:endnote>
  <w:endnote w:type="continuationSeparator" w:id="0">
    <w:p w14:paraId="1AAEFF01" w14:textId="77777777" w:rsidR="00F57017" w:rsidRDefault="00F57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29CED" w14:textId="48DE0220" w:rsidR="00D64AA5" w:rsidRPr="00AA3544" w:rsidRDefault="00101646" w:rsidP="00D64AA5">
    <w:pPr>
      <w:pStyle w:val="Fuzeile"/>
      <w:jc w:val="center"/>
      <w:rPr>
        <w:lang w:val="de-DE"/>
      </w:rPr>
    </w:pP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8045C19" wp14:editId="5C08DDDD">
              <wp:simplePos x="0" y="0"/>
              <wp:positionH relativeFrom="column">
                <wp:posOffset>-771525</wp:posOffset>
              </wp:positionH>
              <wp:positionV relativeFrom="paragraph">
                <wp:posOffset>-43815</wp:posOffset>
              </wp:positionV>
              <wp:extent cx="7024688" cy="4763"/>
              <wp:effectExtent l="0" t="0" r="24130" b="33655"/>
              <wp:wrapNone/>
              <wp:docPr id="362853867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24688" cy="4763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2B736BA" id="Gerader Verbinder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0.75pt,-3.45pt" to="492.4pt,-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" strokecolor="#f68c36 [3049]"/>
          </w:pict>
        </mc:Fallback>
      </mc:AlternateContent>
    </w:r>
    <w:r w:rsidRPr="00AA3544">
      <w:rPr>
        <w:lang w:val="de-DE"/>
      </w:rPr>
      <w:t>Alpenrosenweg 43, 22523 Hamburg · Telefon: +176 22200236 · https://www.vcf-gym.de · Insta @vicecityfighting</w:t>
    </w:r>
    <w:r w:rsidR="00D64AA5">
      <w:rPr>
        <w:lang w:val="de-D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85FF7F" w14:textId="77777777" w:rsidR="00F57017" w:rsidRDefault="00F57017">
      <w:pPr>
        <w:spacing w:after="0" w:line="240" w:lineRule="auto"/>
      </w:pPr>
      <w:r>
        <w:separator/>
      </w:r>
    </w:p>
  </w:footnote>
  <w:footnote w:type="continuationSeparator" w:id="0">
    <w:p w14:paraId="281A94BD" w14:textId="77777777" w:rsidR="00F57017" w:rsidRDefault="00F57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AB56D" w14:textId="0888EEA0" w:rsidR="00535F5C" w:rsidRDefault="00000000">
    <w:pPr>
      <w:pStyle w:val="Kopfzeile"/>
    </w:pPr>
    <w:r>
      <w:rPr>
        <w:noProof/>
      </w:rPr>
      <w:pict w14:anchorId="083725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5833891" o:spid="_x0000_s1027" type="#_x0000_t75" style="position:absolute;margin-left:0;margin-top:0;width:431.6pt;height:431.6pt;z-index:-251655168;mso-position-horizontal:center;mso-position-horizontal-relative:margin;mso-position-vertical:center;mso-position-vertical-relative:margin" o:allowincell="f">
          <v:imagedata r:id="rId1" o:title="ViceCityLogo_ausgeschnitten_transparen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78FAA" w14:textId="48C044EF" w:rsidR="00603507" w:rsidRDefault="00A62F6F" w:rsidP="00760874">
    <w:pPr>
      <w:pStyle w:val="Kopfzeile"/>
      <w:tabs>
        <w:tab w:val="clear" w:pos="4680"/>
        <w:tab w:val="clear" w:pos="9360"/>
        <w:tab w:val="center" w:pos="432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85F853" wp14:editId="273103A2">
              <wp:simplePos x="0" y="0"/>
              <wp:positionH relativeFrom="column">
                <wp:posOffset>-828675</wp:posOffset>
              </wp:positionH>
              <wp:positionV relativeFrom="paragraph">
                <wp:posOffset>319087</wp:posOffset>
              </wp:positionV>
              <wp:extent cx="7157720" cy="28575"/>
              <wp:effectExtent l="0" t="0" r="24130" b="28575"/>
              <wp:wrapNone/>
              <wp:docPr id="953224347" name="Gerader Verbinde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157720" cy="285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FF716AD" id="Gerader Verbinder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5.25pt,25.1pt" to="498.3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" strokecolor="#bc4542 [3045]"/>
          </w:pict>
        </mc:Fallback>
      </mc:AlternateContent>
    </w:r>
    <w:r w:rsidR="00000000">
      <w:rPr>
        <w:noProof/>
      </w:rPr>
      <w:pict w14:anchorId="78A1B6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5833892" o:spid="_x0000_s1028" type="#_x0000_t75" style="position:absolute;margin-left:0;margin-top:0;width:431.6pt;height:431.6pt;z-index:-251654144;mso-position-horizontal:center;mso-position-horizontal-relative:margin;mso-position-vertical:center;mso-position-vertical-relative:margin" o:allowincell="f">
          <v:imagedata r:id="rId1" o:title="ViceCityLogo_ausgeschnitten_transparent" gain="19661f" blacklevel="22938f"/>
          <w10:wrap anchorx="margin" anchory="margin"/>
        </v:shape>
      </w:pict>
    </w:r>
    <w:r w:rsidR="00AA3544">
      <w:rPr>
        <w:noProof/>
      </w:rPr>
      <w:drawing>
        <wp:anchor distT="0" distB="0" distL="114300" distR="114300" simplePos="0" relativeHeight="251659264" behindDoc="1" locked="0" layoutInCell="1" allowOverlap="1" wp14:anchorId="3BB1A76C" wp14:editId="782E4471">
          <wp:simplePos x="0" y="0"/>
          <wp:positionH relativeFrom="column">
            <wp:posOffset>2047875</wp:posOffset>
          </wp:positionH>
          <wp:positionV relativeFrom="paragraph">
            <wp:posOffset>-385763</wp:posOffset>
          </wp:positionV>
          <wp:extent cx="1385888" cy="923605"/>
          <wp:effectExtent l="0" t="0" r="0" b="0"/>
          <wp:wrapNone/>
          <wp:docPr id="1027091150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950578" name="Grafik 7795057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85888" cy="923605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087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50E1E" w14:textId="79D2B28D" w:rsidR="00535F5C" w:rsidRDefault="00000000">
    <w:pPr>
      <w:pStyle w:val="Kopfzeile"/>
    </w:pPr>
    <w:r>
      <w:rPr>
        <w:noProof/>
      </w:rPr>
      <w:pict w14:anchorId="2318C6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5833890" o:spid="_x0000_s1026" type="#_x0000_t75" style="position:absolute;margin-left:0;margin-top:0;width:431.6pt;height:431.6pt;z-index:-251656192;mso-position-horizontal:center;mso-position-horizontal-relative:margin;mso-position-vertical:center;mso-position-vertical-relative:margin" o:allowincell="f">
          <v:imagedata r:id="rId1" o:title="ViceCityLogo_ausgeschnitten_transparen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3981AF4"/>
    <w:multiLevelType w:val="hybridMultilevel"/>
    <w:tmpl w:val="86BC7C92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99015F"/>
    <w:multiLevelType w:val="hybridMultilevel"/>
    <w:tmpl w:val="C71AD1C0"/>
    <w:lvl w:ilvl="0" w:tplc="261C75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080" w:hanging="360"/>
      </w:pPr>
    </w:lvl>
    <w:lvl w:ilvl="2" w:tplc="1000001B" w:tentative="1">
      <w:start w:val="1"/>
      <w:numFmt w:val="lowerRoman"/>
      <w:lvlText w:val="%3."/>
      <w:lvlJc w:val="right"/>
      <w:pPr>
        <w:ind w:left="1800" w:hanging="180"/>
      </w:pPr>
    </w:lvl>
    <w:lvl w:ilvl="3" w:tplc="1000000F" w:tentative="1">
      <w:start w:val="1"/>
      <w:numFmt w:val="decimal"/>
      <w:lvlText w:val="%4."/>
      <w:lvlJc w:val="left"/>
      <w:pPr>
        <w:ind w:left="2520" w:hanging="360"/>
      </w:pPr>
    </w:lvl>
    <w:lvl w:ilvl="4" w:tplc="10000019" w:tentative="1">
      <w:start w:val="1"/>
      <w:numFmt w:val="lowerLetter"/>
      <w:lvlText w:val="%5."/>
      <w:lvlJc w:val="left"/>
      <w:pPr>
        <w:ind w:left="3240" w:hanging="360"/>
      </w:pPr>
    </w:lvl>
    <w:lvl w:ilvl="5" w:tplc="1000001B" w:tentative="1">
      <w:start w:val="1"/>
      <w:numFmt w:val="lowerRoman"/>
      <w:lvlText w:val="%6."/>
      <w:lvlJc w:val="right"/>
      <w:pPr>
        <w:ind w:left="3960" w:hanging="180"/>
      </w:pPr>
    </w:lvl>
    <w:lvl w:ilvl="6" w:tplc="1000000F" w:tentative="1">
      <w:start w:val="1"/>
      <w:numFmt w:val="decimal"/>
      <w:lvlText w:val="%7."/>
      <w:lvlJc w:val="left"/>
      <w:pPr>
        <w:ind w:left="4680" w:hanging="360"/>
      </w:pPr>
    </w:lvl>
    <w:lvl w:ilvl="7" w:tplc="10000019" w:tentative="1">
      <w:start w:val="1"/>
      <w:numFmt w:val="lowerLetter"/>
      <w:lvlText w:val="%8."/>
      <w:lvlJc w:val="left"/>
      <w:pPr>
        <w:ind w:left="5400" w:hanging="360"/>
      </w:pPr>
    </w:lvl>
    <w:lvl w:ilvl="8" w:tplc="1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B7C29F6"/>
    <w:multiLevelType w:val="hybridMultilevel"/>
    <w:tmpl w:val="4AECCAEE"/>
    <w:lvl w:ilvl="0" w:tplc="AE823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B8238C"/>
    <w:multiLevelType w:val="multilevel"/>
    <w:tmpl w:val="C07E4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9D5DB8"/>
    <w:multiLevelType w:val="hybridMultilevel"/>
    <w:tmpl w:val="725A7A36"/>
    <w:lvl w:ilvl="0" w:tplc="261C75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92184"/>
    <w:multiLevelType w:val="hybridMultilevel"/>
    <w:tmpl w:val="74789108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9F189E"/>
    <w:multiLevelType w:val="hybridMultilevel"/>
    <w:tmpl w:val="32F0AE16"/>
    <w:lvl w:ilvl="0" w:tplc="EFB244A2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7B6A8F"/>
    <w:multiLevelType w:val="hybridMultilevel"/>
    <w:tmpl w:val="D458E14E"/>
    <w:lvl w:ilvl="0" w:tplc="1000000F">
      <w:start w:val="1"/>
      <w:numFmt w:val="decimal"/>
      <w:lvlText w:val="%1."/>
      <w:lvlJc w:val="left"/>
      <w:pPr>
        <w:ind w:left="360" w:hanging="360"/>
      </w:pPr>
    </w:lvl>
    <w:lvl w:ilvl="1" w:tplc="10000019" w:tentative="1">
      <w:start w:val="1"/>
      <w:numFmt w:val="lowerLetter"/>
      <w:lvlText w:val="%2."/>
      <w:lvlJc w:val="left"/>
      <w:pPr>
        <w:ind w:left="1080" w:hanging="360"/>
      </w:pPr>
    </w:lvl>
    <w:lvl w:ilvl="2" w:tplc="1000001B" w:tentative="1">
      <w:start w:val="1"/>
      <w:numFmt w:val="lowerRoman"/>
      <w:lvlText w:val="%3."/>
      <w:lvlJc w:val="right"/>
      <w:pPr>
        <w:ind w:left="1800" w:hanging="180"/>
      </w:pPr>
    </w:lvl>
    <w:lvl w:ilvl="3" w:tplc="1000000F" w:tentative="1">
      <w:start w:val="1"/>
      <w:numFmt w:val="decimal"/>
      <w:lvlText w:val="%4."/>
      <w:lvlJc w:val="left"/>
      <w:pPr>
        <w:ind w:left="2520" w:hanging="360"/>
      </w:pPr>
    </w:lvl>
    <w:lvl w:ilvl="4" w:tplc="10000019" w:tentative="1">
      <w:start w:val="1"/>
      <w:numFmt w:val="lowerLetter"/>
      <w:lvlText w:val="%5."/>
      <w:lvlJc w:val="left"/>
      <w:pPr>
        <w:ind w:left="3240" w:hanging="360"/>
      </w:pPr>
    </w:lvl>
    <w:lvl w:ilvl="5" w:tplc="1000001B" w:tentative="1">
      <w:start w:val="1"/>
      <w:numFmt w:val="lowerRoman"/>
      <w:lvlText w:val="%6."/>
      <w:lvlJc w:val="right"/>
      <w:pPr>
        <w:ind w:left="3960" w:hanging="180"/>
      </w:pPr>
    </w:lvl>
    <w:lvl w:ilvl="6" w:tplc="1000000F" w:tentative="1">
      <w:start w:val="1"/>
      <w:numFmt w:val="decimal"/>
      <w:lvlText w:val="%7."/>
      <w:lvlJc w:val="left"/>
      <w:pPr>
        <w:ind w:left="4680" w:hanging="360"/>
      </w:pPr>
    </w:lvl>
    <w:lvl w:ilvl="7" w:tplc="10000019" w:tentative="1">
      <w:start w:val="1"/>
      <w:numFmt w:val="lowerLetter"/>
      <w:lvlText w:val="%8."/>
      <w:lvlJc w:val="left"/>
      <w:pPr>
        <w:ind w:left="5400" w:hanging="360"/>
      </w:pPr>
    </w:lvl>
    <w:lvl w:ilvl="8" w:tplc="1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5186A1A"/>
    <w:multiLevelType w:val="hybridMultilevel"/>
    <w:tmpl w:val="161442DE"/>
    <w:lvl w:ilvl="0" w:tplc="6244371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080" w:hanging="360"/>
      </w:pPr>
    </w:lvl>
    <w:lvl w:ilvl="2" w:tplc="1000001B" w:tentative="1">
      <w:start w:val="1"/>
      <w:numFmt w:val="lowerRoman"/>
      <w:lvlText w:val="%3."/>
      <w:lvlJc w:val="right"/>
      <w:pPr>
        <w:ind w:left="1800" w:hanging="180"/>
      </w:pPr>
    </w:lvl>
    <w:lvl w:ilvl="3" w:tplc="1000000F" w:tentative="1">
      <w:start w:val="1"/>
      <w:numFmt w:val="decimal"/>
      <w:lvlText w:val="%4."/>
      <w:lvlJc w:val="left"/>
      <w:pPr>
        <w:ind w:left="2520" w:hanging="360"/>
      </w:pPr>
    </w:lvl>
    <w:lvl w:ilvl="4" w:tplc="10000019" w:tentative="1">
      <w:start w:val="1"/>
      <w:numFmt w:val="lowerLetter"/>
      <w:lvlText w:val="%5."/>
      <w:lvlJc w:val="left"/>
      <w:pPr>
        <w:ind w:left="3240" w:hanging="360"/>
      </w:pPr>
    </w:lvl>
    <w:lvl w:ilvl="5" w:tplc="1000001B" w:tentative="1">
      <w:start w:val="1"/>
      <w:numFmt w:val="lowerRoman"/>
      <w:lvlText w:val="%6."/>
      <w:lvlJc w:val="right"/>
      <w:pPr>
        <w:ind w:left="3960" w:hanging="180"/>
      </w:pPr>
    </w:lvl>
    <w:lvl w:ilvl="6" w:tplc="1000000F" w:tentative="1">
      <w:start w:val="1"/>
      <w:numFmt w:val="decimal"/>
      <w:lvlText w:val="%7."/>
      <w:lvlJc w:val="left"/>
      <w:pPr>
        <w:ind w:left="4680" w:hanging="360"/>
      </w:pPr>
    </w:lvl>
    <w:lvl w:ilvl="7" w:tplc="10000019" w:tentative="1">
      <w:start w:val="1"/>
      <w:numFmt w:val="lowerLetter"/>
      <w:lvlText w:val="%8."/>
      <w:lvlJc w:val="left"/>
      <w:pPr>
        <w:ind w:left="5400" w:hanging="360"/>
      </w:pPr>
    </w:lvl>
    <w:lvl w:ilvl="8" w:tplc="1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8360CB4"/>
    <w:multiLevelType w:val="hybridMultilevel"/>
    <w:tmpl w:val="F11A2CC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9712E6"/>
    <w:multiLevelType w:val="multilevel"/>
    <w:tmpl w:val="8DB6F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345262"/>
    <w:multiLevelType w:val="multilevel"/>
    <w:tmpl w:val="5FACA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B8E1E80"/>
    <w:multiLevelType w:val="hybridMultilevel"/>
    <w:tmpl w:val="A53EBCB4"/>
    <w:lvl w:ilvl="0" w:tplc="AA3C468A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BC01A6"/>
    <w:multiLevelType w:val="hybridMultilevel"/>
    <w:tmpl w:val="C406B4D8"/>
    <w:lvl w:ilvl="0" w:tplc="EFB244A2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C0144E"/>
    <w:multiLevelType w:val="hybridMultilevel"/>
    <w:tmpl w:val="BAAA8DF4"/>
    <w:lvl w:ilvl="0" w:tplc="6244371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1086136">
    <w:abstractNumId w:val="8"/>
  </w:num>
  <w:num w:numId="2" w16cid:durableId="1448889377">
    <w:abstractNumId w:val="6"/>
  </w:num>
  <w:num w:numId="3" w16cid:durableId="20476408">
    <w:abstractNumId w:val="5"/>
  </w:num>
  <w:num w:numId="4" w16cid:durableId="1590308177">
    <w:abstractNumId w:val="4"/>
  </w:num>
  <w:num w:numId="5" w16cid:durableId="76178444">
    <w:abstractNumId w:val="7"/>
  </w:num>
  <w:num w:numId="6" w16cid:durableId="1030692397">
    <w:abstractNumId w:val="3"/>
  </w:num>
  <w:num w:numId="7" w16cid:durableId="1177620783">
    <w:abstractNumId w:val="2"/>
  </w:num>
  <w:num w:numId="8" w16cid:durableId="378669505">
    <w:abstractNumId w:val="1"/>
  </w:num>
  <w:num w:numId="9" w16cid:durableId="1153566822">
    <w:abstractNumId w:val="0"/>
  </w:num>
  <w:num w:numId="10" w16cid:durableId="47842251">
    <w:abstractNumId w:val="16"/>
  </w:num>
  <w:num w:numId="11" w16cid:durableId="461581126">
    <w:abstractNumId w:val="20"/>
  </w:num>
  <w:num w:numId="12" w16cid:durableId="1527451236">
    <w:abstractNumId w:val="12"/>
  </w:num>
  <w:num w:numId="13" w16cid:durableId="208885703">
    <w:abstractNumId w:val="19"/>
  </w:num>
  <w:num w:numId="14" w16cid:durableId="1140001555">
    <w:abstractNumId w:val="9"/>
  </w:num>
  <w:num w:numId="15" w16cid:durableId="1472937416">
    <w:abstractNumId w:val="14"/>
  </w:num>
  <w:num w:numId="16" w16cid:durableId="342319215">
    <w:abstractNumId w:val="17"/>
  </w:num>
  <w:num w:numId="17" w16cid:durableId="1470783866">
    <w:abstractNumId w:val="21"/>
  </w:num>
  <w:num w:numId="18" w16cid:durableId="658508354">
    <w:abstractNumId w:val="15"/>
  </w:num>
  <w:num w:numId="19" w16cid:durableId="851838661">
    <w:abstractNumId w:val="22"/>
  </w:num>
  <w:num w:numId="20" w16cid:durableId="1080324794">
    <w:abstractNumId w:val="10"/>
  </w:num>
  <w:num w:numId="21" w16cid:durableId="1377729909">
    <w:abstractNumId w:val="18"/>
  </w:num>
  <w:num w:numId="22" w16cid:durableId="1525441576">
    <w:abstractNumId w:val="13"/>
  </w:num>
  <w:num w:numId="23" w16cid:durableId="1938367076">
    <w:abstractNumId w:val="23"/>
  </w:num>
  <w:num w:numId="24" w16cid:durableId="180869428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2427"/>
    <w:rsid w:val="00034616"/>
    <w:rsid w:val="000426D2"/>
    <w:rsid w:val="0006063C"/>
    <w:rsid w:val="000A018E"/>
    <w:rsid w:val="000A78B0"/>
    <w:rsid w:val="000C268E"/>
    <w:rsid w:val="00101646"/>
    <w:rsid w:val="00124A5E"/>
    <w:rsid w:val="00134D9D"/>
    <w:rsid w:val="0015074B"/>
    <w:rsid w:val="0018002D"/>
    <w:rsid w:val="002160D7"/>
    <w:rsid w:val="0029639D"/>
    <w:rsid w:val="002A502A"/>
    <w:rsid w:val="00326F90"/>
    <w:rsid w:val="00337133"/>
    <w:rsid w:val="00397F8F"/>
    <w:rsid w:val="00425533"/>
    <w:rsid w:val="00445D04"/>
    <w:rsid w:val="00495091"/>
    <w:rsid w:val="00505667"/>
    <w:rsid w:val="00534FAD"/>
    <w:rsid w:val="00535F5C"/>
    <w:rsid w:val="00603507"/>
    <w:rsid w:val="006B0E83"/>
    <w:rsid w:val="006B15B5"/>
    <w:rsid w:val="00760874"/>
    <w:rsid w:val="00874BF0"/>
    <w:rsid w:val="00875F9E"/>
    <w:rsid w:val="008D09D7"/>
    <w:rsid w:val="008E0B01"/>
    <w:rsid w:val="00927B1E"/>
    <w:rsid w:val="00934955"/>
    <w:rsid w:val="00992965"/>
    <w:rsid w:val="009E169B"/>
    <w:rsid w:val="00A62F6F"/>
    <w:rsid w:val="00A64888"/>
    <w:rsid w:val="00AA1D8D"/>
    <w:rsid w:val="00AA33B4"/>
    <w:rsid w:val="00AA3544"/>
    <w:rsid w:val="00AD62B8"/>
    <w:rsid w:val="00B0496E"/>
    <w:rsid w:val="00B47730"/>
    <w:rsid w:val="00B56B13"/>
    <w:rsid w:val="00BD4B98"/>
    <w:rsid w:val="00CA5D2D"/>
    <w:rsid w:val="00CB0664"/>
    <w:rsid w:val="00CD39D7"/>
    <w:rsid w:val="00CE680D"/>
    <w:rsid w:val="00D43662"/>
    <w:rsid w:val="00D64AA5"/>
    <w:rsid w:val="00DA1DF4"/>
    <w:rsid w:val="00E958AD"/>
    <w:rsid w:val="00F57017"/>
    <w:rsid w:val="00FA431A"/>
    <w:rsid w:val="00FC693F"/>
    <w:rsid w:val="00FD0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4062061"/>
  <w14:defaultImageDpi w14:val="300"/>
  <w15:docId w15:val="{A4035478-E73B-44E4-AAD8-C403A65EB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A33B4"/>
  </w:style>
  <w:style w:type="paragraph" w:styleId="berschrift1">
    <w:name w:val="heading 1"/>
    <w:basedOn w:val="Standard"/>
    <w:next w:val="Standard"/>
    <w:link w:val="berschrift1Zchn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18BF"/>
  </w:style>
  <w:style w:type="paragraph" w:styleId="Fuzeile">
    <w:name w:val="footer"/>
    <w:basedOn w:val="Standard"/>
    <w:link w:val="Fu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18BF"/>
  </w:style>
  <w:style w:type="paragraph" w:styleId="KeinLeerraum">
    <w:name w:val="No Spacing"/>
    <w:uiPriority w:val="1"/>
    <w:qFormat/>
    <w:rsid w:val="00FC693F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nabsatz">
    <w:name w:val="List Paragraph"/>
    <w:basedOn w:val="Standard"/>
    <w:uiPriority w:val="34"/>
    <w:qFormat/>
    <w:rsid w:val="00FC693F"/>
    <w:pPr>
      <w:ind w:left="720"/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AA1D8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AA1D8D"/>
  </w:style>
  <w:style w:type="paragraph" w:styleId="Textkrper2">
    <w:name w:val="Body Text 2"/>
    <w:basedOn w:val="Standard"/>
    <w:link w:val="Textkrper2Zchn"/>
    <w:uiPriority w:val="99"/>
    <w:unhideWhenUsed/>
    <w:rsid w:val="00AA1D8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AA1D8D"/>
  </w:style>
  <w:style w:type="paragraph" w:styleId="Textkrper3">
    <w:name w:val="Body Text 3"/>
    <w:basedOn w:val="Standard"/>
    <w:link w:val="Textkrper3Zchn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AA1D8D"/>
    <w:rPr>
      <w:sz w:val="16"/>
      <w:szCs w:val="16"/>
    </w:rPr>
  </w:style>
  <w:style w:type="paragraph" w:styleId="Liste">
    <w:name w:val="List"/>
    <w:basedOn w:val="Standard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Standard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Standard"/>
    <w:uiPriority w:val="99"/>
    <w:unhideWhenUsed/>
    <w:rsid w:val="00326F90"/>
    <w:pPr>
      <w:ind w:left="1080" w:hanging="360"/>
      <w:contextualSpacing/>
    </w:pPr>
  </w:style>
  <w:style w:type="paragraph" w:styleId="Aufzhlungszeichen">
    <w:name w:val="List Bullet"/>
    <w:basedOn w:val="Standard"/>
    <w:uiPriority w:val="99"/>
    <w:unhideWhenUsed/>
    <w:rsid w:val="00326F90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unhideWhenUsed/>
    <w:rsid w:val="00326F90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unhideWhenUsed/>
    <w:rsid w:val="00326F90"/>
    <w:pPr>
      <w:numPr>
        <w:numId w:val="3"/>
      </w:numPr>
      <w:contextualSpacing/>
    </w:pPr>
  </w:style>
  <w:style w:type="paragraph" w:styleId="Listennummer">
    <w:name w:val="List Number"/>
    <w:basedOn w:val="Standard"/>
    <w:uiPriority w:val="99"/>
    <w:unhideWhenUsed/>
    <w:rsid w:val="00326F90"/>
    <w:pPr>
      <w:numPr>
        <w:numId w:val="5"/>
      </w:numPr>
      <w:contextualSpacing/>
    </w:pPr>
  </w:style>
  <w:style w:type="paragraph" w:styleId="Listennummer2">
    <w:name w:val="List Number 2"/>
    <w:basedOn w:val="Standard"/>
    <w:uiPriority w:val="99"/>
    <w:unhideWhenUsed/>
    <w:rsid w:val="0029639D"/>
    <w:pPr>
      <w:numPr>
        <w:numId w:val="6"/>
      </w:numPr>
      <w:contextualSpacing/>
    </w:pPr>
  </w:style>
  <w:style w:type="paragraph" w:styleId="Listennummer3">
    <w:name w:val="List Number 3"/>
    <w:basedOn w:val="Standard"/>
    <w:uiPriority w:val="99"/>
    <w:unhideWhenUsed/>
    <w:rsid w:val="0029639D"/>
    <w:pPr>
      <w:numPr>
        <w:numId w:val="7"/>
      </w:numPr>
      <w:contextualSpacing/>
    </w:pPr>
  </w:style>
  <w:style w:type="paragraph" w:styleId="Listenfortsetzung">
    <w:name w:val="List Continue"/>
    <w:basedOn w:val="Standard"/>
    <w:uiPriority w:val="99"/>
    <w:unhideWhenUsed/>
    <w:rsid w:val="0029639D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unhideWhenUsed/>
    <w:rsid w:val="0029639D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unhideWhenUsed/>
    <w:rsid w:val="0029639D"/>
    <w:pPr>
      <w:spacing w:after="120"/>
      <w:ind w:left="1080"/>
      <w:contextualSpacing/>
    </w:pPr>
  </w:style>
  <w:style w:type="paragraph" w:styleId="Makrotext">
    <w:name w:val="macro"/>
    <w:link w:val="MakrotextZchn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rsid w:val="0029639D"/>
    <w:rPr>
      <w:rFonts w:ascii="Courier" w:hAnsi="Courier"/>
      <w:sz w:val="20"/>
      <w:szCs w:val="20"/>
    </w:rPr>
  </w:style>
  <w:style w:type="paragraph" w:styleId="Zitat">
    <w:name w:val="Quote"/>
    <w:basedOn w:val="Standard"/>
    <w:next w:val="Standard"/>
    <w:link w:val="ZitatZchn"/>
    <w:uiPriority w:val="29"/>
    <w:qFormat/>
    <w:rsid w:val="00FC693F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FC693F"/>
    <w:rPr>
      <w:i/>
      <w:iCs/>
      <w:color w:val="000000" w:themeColor="tex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ett">
    <w:name w:val="Strong"/>
    <w:basedOn w:val="Absatz-Standardschriftart"/>
    <w:uiPriority w:val="22"/>
    <w:qFormat/>
    <w:rsid w:val="00FC693F"/>
    <w:rPr>
      <w:b/>
      <w:bCs/>
    </w:rPr>
  </w:style>
  <w:style w:type="character" w:styleId="Hervorhebung">
    <w:name w:val="Emphasis"/>
    <w:basedOn w:val="Absatz-Standardschriftart"/>
    <w:uiPriority w:val="20"/>
    <w:qFormat/>
    <w:rsid w:val="00FC693F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C693F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FC693F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FC693F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FC693F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FC693F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C693F"/>
    <w:pPr>
      <w:outlineLvl w:val="9"/>
    </w:pPr>
  </w:style>
  <w:style w:type="table" w:styleId="Tabellenraster">
    <w:name w:val="Table Grid"/>
    <w:basedOn w:val="NormaleTabel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HelleListe">
    <w:name w:val="Light List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HellesRaster">
    <w:name w:val="Light Grid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ittlereSchattierung1">
    <w:name w:val="Medium Shading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Liste2">
    <w:name w:val="Medium Lis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1">
    <w:name w:val="Medium Grid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unkleListe">
    <w:name w:val="Dark List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bigeSchattierung">
    <w:name w:val="Colorful Shading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Liste">
    <w:name w:val="Colorful List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bigesRaster">
    <w:name w:val="Colorful Grid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574</Words>
  <Characters>3981</Characters>
  <Application>Microsoft Office Word</Application>
  <DocSecurity>0</DocSecurity>
  <Lines>97</Lines>
  <Paragraphs>59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4506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/>
  <cp:lastModifiedBy>Klaus Prose</cp:lastModifiedBy>
  <cp:revision>2</cp:revision>
  <dcterms:created xsi:type="dcterms:W3CDTF">2026-02-06T13:09:00Z</dcterms:created>
  <dcterms:modified xsi:type="dcterms:W3CDTF">2026-02-17T06:57:00Z</dcterms:modified>
  <cp:category/>
</cp:coreProperties>
</file>